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66DCE" w14:textId="23D76B2A" w:rsidR="00E709D2" w:rsidRPr="009A4176" w:rsidRDefault="008724CB">
      <w:pPr>
        <w:pStyle w:val="berschrift1"/>
        <w:rPr>
          <w:lang w:val="de-DE"/>
        </w:rPr>
      </w:pPr>
      <w:r w:rsidRPr="009A4176">
        <w:rPr>
          <w:lang w:val="de-DE"/>
        </w:rPr>
        <w:t>Dokumentationshilfe für Verdachts- und Vorfälle</w:t>
      </w:r>
    </w:p>
    <w:tbl>
      <w:tblPr>
        <w:tblW w:w="0" w:type="auto"/>
        <w:tblLook w:val="04A0" w:firstRow="1" w:lastRow="0" w:firstColumn="1" w:lastColumn="0" w:noHBand="0" w:noVBand="1"/>
      </w:tblPr>
      <w:tblGrid>
        <w:gridCol w:w="9972"/>
      </w:tblGrid>
      <w:tr w:rsidR="00E709D2" w:rsidRPr="009A4176" w14:paraId="336ADCD5" w14:textId="77777777">
        <w:tc>
          <w:tcPr>
            <w:tcW w:w="9972" w:type="dxa"/>
            <w:shd w:val="clear" w:color="auto" w:fill="FFF2CC"/>
            <w:tcMar>
              <w:top w:w="140" w:type="dxa"/>
              <w:left w:w="160" w:type="dxa"/>
              <w:bottom w:w="140" w:type="dxa"/>
              <w:right w:w="160" w:type="dxa"/>
            </w:tcMar>
          </w:tcPr>
          <w:p w14:paraId="212F6CBA" w14:textId="77777777" w:rsidR="00E709D2" w:rsidRPr="009A4176" w:rsidRDefault="008724CB">
            <w:pPr>
              <w:rPr>
                <w:lang w:val="de-DE"/>
              </w:rPr>
            </w:pPr>
            <w:r w:rsidRPr="009A4176">
              <w:rPr>
                <w:b/>
                <w:sz w:val="22"/>
                <w:lang w:val="de-DE"/>
              </w:rPr>
              <w:t>Wichtig</w:t>
            </w:r>
            <w:r w:rsidRPr="009A4176">
              <w:rPr>
                <w:b/>
                <w:sz w:val="22"/>
                <w:lang w:val="de-DE"/>
              </w:rPr>
              <w:br/>
            </w:r>
            <w:r w:rsidRPr="009A4176">
              <w:rPr>
                <w:lang w:val="de-DE"/>
              </w:rPr>
              <w:t>Beobachtungen und Aussagen möglichst genau und sachlich dokumentieren. Eigene Einschätzungen oder Vermutungen klar davon trennen. Keine eigenen Ermittlungen durchführen.</w:t>
            </w:r>
          </w:p>
        </w:tc>
      </w:tr>
    </w:tbl>
    <w:p w14:paraId="25A6B93D" w14:textId="77777777" w:rsidR="00E709D2" w:rsidRPr="009A4176" w:rsidRDefault="00E709D2">
      <w:pPr>
        <w:spacing w:after="0"/>
        <w:rPr>
          <w:lang w:val="de-DE"/>
        </w:rPr>
      </w:pPr>
    </w:p>
    <w:p w14:paraId="081D152E" w14:textId="77777777" w:rsidR="00E709D2" w:rsidRPr="009A4176" w:rsidRDefault="008724CB">
      <w:pPr>
        <w:pStyle w:val="berschrift2"/>
        <w:rPr>
          <w:lang w:val="de-DE"/>
        </w:rPr>
      </w:pPr>
      <w:r w:rsidRPr="009A4176">
        <w:rPr>
          <w:lang w:val="de-DE"/>
        </w:rPr>
        <w:t>1. Angaben zur dokumentierenden Person</w:t>
      </w:r>
    </w:p>
    <w:p w14:paraId="5EC24C24" w14:textId="77777777" w:rsidR="00E709D2" w:rsidRPr="009A4176" w:rsidRDefault="008724CB">
      <w:pPr>
        <w:rPr>
          <w:lang w:val="de-DE"/>
        </w:rPr>
      </w:pPr>
      <w:r w:rsidRPr="009A4176">
        <w:rPr>
          <w:b/>
          <w:lang w:val="de-DE"/>
        </w:rPr>
        <w:t>Name:</w:t>
      </w:r>
    </w:p>
    <w:p w14:paraId="5EEFF763" w14:textId="77777777" w:rsidR="00E709D2" w:rsidRPr="009A4176" w:rsidRDefault="008724CB">
      <w:pPr>
        <w:spacing w:after="0"/>
        <w:rPr>
          <w:lang w:val="de-DE"/>
        </w:rPr>
      </w:pPr>
      <w:r w:rsidRPr="009A4176">
        <w:rPr>
          <w:lang w:val="de-DE"/>
        </w:rPr>
        <w:t>________________________________________________________________________________</w:t>
      </w:r>
    </w:p>
    <w:p w14:paraId="36F289E6" w14:textId="77777777" w:rsidR="00E709D2" w:rsidRPr="009A4176" w:rsidRDefault="008724CB">
      <w:pPr>
        <w:rPr>
          <w:lang w:val="de-DE"/>
        </w:rPr>
      </w:pPr>
      <w:r w:rsidRPr="009A4176">
        <w:rPr>
          <w:b/>
          <w:lang w:val="de-DE"/>
        </w:rPr>
        <w:t>Funktion / Rolle in der PSG:</w:t>
      </w:r>
    </w:p>
    <w:p w14:paraId="11A11CD7" w14:textId="77777777" w:rsidR="00E709D2" w:rsidRPr="009A4176" w:rsidRDefault="008724CB">
      <w:pPr>
        <w:spacing w:after="0"/>
        <w:rPr>
          <w:lang w:val="de-DE"/>
        </w:rPr>
      </w:pPr>
      <w:r w:rsidRPr="009A4176">
        <w:rPr>
          <w:lang w:val="de-DE"/>
        </w:rPr>
        <w:t>________________________________________________________________________________</w:t>
      </w:r>
    </w:p>
    <w:p w14:paraId="6CDC273D" w14:textId="77777777" w:rsidR="00E709D2" w:rsidRPr="009A4176" w:rsidRDefault="008724CB">
      <w:pPr>
        <w:rPr>
          <w:lang w:val="de-DE"/>
        </w:rPr>
      </w:pPr>
      <w:r w:rsidRPr="009A4176">
        <w:rPr>
          <w:b/>
          <w:lang w:val="de-DE"/>
        </w:rPr>
        <w:t>Erreichbarkeit:</w:t>
      </w:r>
    </w:p>
    <w:p w14:paraId="54DA45C5" w14:textId="77777777" w:rsidR="00E709D2" w:rsidRPr="009A4176" w:rsidRDefault="008724CB">
      <w:pPr>
        <w:spacing w:after="0"/>
        <w:rPr>
          <w:lang w:val="de-DE"/>
        </w:rPr>
      </w:pPr>
      <w:r w:rsidRPr="009A4176">
        <w:rPr>
          <w:lang w:val="de-DE"/>
        </w:rPr>
        <w:t>________________________________________________________________________________</w:t>
      </w:r>
    </w:p>
    <w:p w14:paraId="54B38516" w14:textId="77777777" w:rsidR="00E709D2" w:rsidRPr="009A4176" w:rsidRDefault="008724CB">
      <w:pPr>
        <w:rPr>
          <w:lang w:val="de-DE"/>
        </w:rPr>
      </w:pPr>
      <w:r w:rsidRPr="009A4176">
        <w:rPr>
          <w:b/>
          <w:lang w:val="de-DE"/>
        </w:rPr>
        <w:t>Datum der Dokumentation:</w:t>
      </w:r>
    </w:p>
    <w:p w14:paraId="060573C3" w14:textId="77777777" w:rsidR="00E709D2" w:rsidRPr="009A4176" w:rsidRDefault="008724CB">
      <w:pPr>
        <w:spacing w:after="0"/>
        <w:rPr>
          <w:lang w:val="de-DE"/>
        </w:rPr>
      </w:pPr>
      <w:r w:rsidRPr="009A4176">
        <w:rPr>
          <w:lang w:val="de-DE"/>
        </w:rPr>
        <w:t>________________________________________________________________________________</w:t>
      </w:r>
    </w:p>
    <w:p w14:paraId="1A36C05B" w14:textId="77777777" w:rsidR="00E709D2" w:rsidRPr="009A4176" w:rsidRDefault="008724CB">
      <w:pPr>
        <w:rPr>
          <w:lang w:val="de-DE"/>
        </w:rPr>
      </w:pPr>
      <w:r w:rsidRPr="009A4176">
        <w:rPr>
          <w:b/>
          <w:lang w:val="de-DE"/>
        </w:rPr>
        <w:t>Uhrzeit der Dokumentation:</w:t>
      </w:r>
    </w:p>
    <w:p w14:paraId="417E2598" w14:textId="77777777" w:rsidR="00E709D2" w:rsidRPr="009A4176" w:rsidRDefault="008724CB">
      <w:pPr>
        <w:spacing w:after="0"/>
        <w:rPr>
          <w:lang w:val="de-DE"/>
        </w:rPr>
      </w:pPr>
      <w:r w:rsidRPr="009A4176">
        <w:rPr>
          <w:lang w:val="de-DE"/>
        </w:rPr>
        <w:t>________________________________________________________________________________</w:t>
      </w:r>
    </w:p>
    <w:p w14:paraId="1F751D73" w14:textId="77777777" w:rsidR="00E709D2" w:rsidRPr="009A4176" w:rsidRDefault="008724CB">
      <w:pPr>
        <w:pStyle w:val="berschrift2"/>
        <w:rPr>
          <w:lang w:val="de-DE"/>
        </w:rPr>
      </w:pPr>
      <w:r w:rsidRPr="009A4176">
        <w:rPr>
          <w:lang w:val="de-DE"/>
        </w:rPr>
        <w:t>2. Anlass der Dokumentation</w:t>
      </w:r>
    </w:p>
    <w:p w14:paraId="6AF78776" w14:textId="77777777" w:rsidR="00E709D2" w:rsidRPr="009A4176" w:rsidRDefault="008724CB">
      <w:pPr>
        <w:rPr>
          <w:lang w:val="de-DE"/>
        </w:rPr>
      </w:pPr>
      <w:r w:rsidRPr="009A4176">
        <w:rPr>
          <w:b/>
          <w:lang w:val="de-DE"/>
        </w:rPr>
        <w:t>Datum des Vorfalls / der Beobachtung / des Gesprächs:</w:t>
      </w:r>
    </w:p>
    <w:p w14:paraId="3514AD08" w14:textId="77777777" w:rsidR="00E709D2" w:rsidRPr="009A4176" w:rsidRDefault="008724CB">
      <w:pPr>
        <w:spacing w:after="0"/>
        <w:rPr>
          <w:lang w:val="de-DE"/>
        </w:rPr>
      </w:pPr>
      <w:r w:rsidRPr="009A4176">
        <w:rPr>
          <w:lang w:val="de-DE"/>
        </w:rPr>
        <w:t>________________________________________________________________________________</w:t>
      </w:r>
    </w:p>
    <w:p w14:paraId="753EECC9" w14:textId="77777777" w:rsidR="00E709D2" w:rsidRPr="009A4176" w:rsidRDefault="008724CB">
      <w:pPr>
        <w:rPr>
          <w:lang w:val="de-DE"/>
        </w:rPr>
      </w:pPr>
      <w:r w:rsidRPr="009A4176">
        <w:rPr>
          <w:b/>
          <w:lang w:val="de-DE"/>
        </w:rPr>
        <w:t>Uhrzeit, soweit bekannt:</w:t>
      </w:r>
    </w:p>
    <w:p w14:paraId="0A0ED5E8" w14:textId="77777777" w:rsidR="00E709D2" w:rsidRPr="009A4176" w:rsidRDefault="008724CB">
      <w:pPr>
        <w:spacing w:after="0"/>
        <w:rPr>
          <w:lang w:val="de-DE"/>
        </w:rPr>
      </w:pPr>
      <w:r w:rsidRPr="009A4176">
        <w:rPr>
          <w:lang w:val="de-DE"/>
        </w:rPr>
        <w:t>________________________________________________________________________________</w:t>
      </w:r>
    </w:p>
    <w:p w14:paraId="7630D48F" w14:textId="77777777" w:rsidR="00E709D2" w:rsidRPr="009A4176" w:rsidRDefault="008724CB">
      <w:pPr>
        <w:rPr>
          <w:lang w:val="de-DE"/>
        </w:rPr>
      </w:pPr>
      <w:r w:rsidRPr="009A4176">
        <w:rPr>
          <w:b/>
          <w:lang w:val="de-DE"/>
        </w:rPr>
        <w:t>Ort:</w:t>
      </w:r>
    </w:p>
    <w:p w14:paraId="4A576364" w14:textId="77777777" w:rsidR="00E709D2" w:rsidRPr="009A4176" w:rsidRDefault="008724CB">
      <w:pPr>
        <w:spacing w:after="0"/>
        <w:rPr>
          <w:lang w:val="de-DE"/>
        </w:rPr>
      </w:pPr>
      <w:r w:rsidRPr="009A4176">
        <w:rPr>
          <w:lang w:val="de-DE"/>
        </w:rPr>
        <w:t>________________________________________________________________________________</w:t>
      </w:r>
    </w:p>
    <w:p w14:paraId="158CCD78" w14:textId="77777777" w:rsidR="00E709D2" w:rsidRPr="009A4176" w:rsidRDefault="008724CB">
      <w:pPr>
        <w:rPr>
          <w:lang w:val="de-DE"/>
        </w:rPr>
      </w:pPr>
      <w:r w:rsidRPr="009A4176">
        <w:rPr>
          <w:b/>
          <w:lang w:val="de-DE"/>
        </w:rPr>
        <w:t>Beteiligte bzw. anwesende Personen:</w:t>
      </w:r>
    </w:p>
    <w:p w14:paraId="55B33BC6" w14:textId="77777777" w:rsidR="00E709D2" w:rsidRPr="009A4176" w:rsidRDefault="008724CB">
      <w:pPr>
        <w:spacing w:after="0"/>
        <w:rPr>
          <w:lang w:val="de-DE"/>
        </w:rPr>
      </w:pPr>
      <w:r w:rsidRPr="009A4176">
        <w:rPr>
          <w:lang w:val="de-DE"/>
        </w:rPr>
        <w:t>________________________________________________________________________________</w:t>
      </w:r>
    </w:p>
    <w:p w14:paraId="58090A32" w14:textId="77777777" w:rsidR="00E709D2" w:rsidRPr="009A4176" w:rsidRDefault="008724CB">
      <w:pPr>
        <w:spacing w:after="0"/>
        <w:rPr>
          <w:lang w:val="de-DE"/>
        </w:rPr>
      </w:pPr>
      <w:r w:rsidRPr="009A4176">
        <w:rPr>
          <w:lang w:val="de-DE"/>
        </w:rPr>
        <w:t>________________________________________________________________________________</w:t>
      </w:r>
    </w:p>
    <w:p w14:paraId="6DD91640" w14:textId="77777777" w:rsidR="00E709D2" w:rsidRPr="009A4176" w:rsidRDefault="008724CB">
      <w:pPr>
        <w:pStyle w:val="berschrift2"/>
        <w:rPr>
          <w:lang w:val="de-DE"/>
        </w:rPr>
      </w:pPr>
      <w:r w:rsidRPr="009A4176">
        <w:rPr>
          <w:lang w:val="de-DE"/>
        </w:rPr>
        <w:t>3. Was ist passiert?</w:t>
      </w:r>
    </w:p>
    <w:p w14:paraId="3C377948" w14:textId="77777777" w:rsidR="00E709D2" w:rsidRPr="009A4176" w:rsidRDefault="008724CB">
      <w:pPr>
        <w:pStyle w:val="berschrift3"/>
        <w:rPr>
          <w:lang w:val="de-DE"/>
        </w:rPr>
      </w:pPr>
      <w:r w:rsidRPr="009A4176">
        <w:rPr>
          <w:lang w:val="de-DE"/>
        </w:rPr>
        <w:t>Eigene Beobachtung</w:t>
      </w:r>
    </w:p>
    <w:p w14:paraId="37348584" w14:textId="77777777" w:rsidR="00E709D2" w:rsidRPr="009A4176" w:rsidRDefault="008724CB">
      <w:pPr>
        <w:rPr>
          <w:lang w:val="de-DE"/>
        </w:rPr>
      </w:pPr>
      <w:r w:rsidRPr="009A4176">
        <w:rPr>
          <w:lang w:val="de-DE"/>
        </w:rPr>
        <w:t>Was habe ich selbst gesehen, gehört oder wahrgenommen?</w:t>
      </w:r>
    </w:p>
    <w:p w14:paraId="74F2E1EE" w14:textId="77777777" w:rsidR="00E709D2" w:rsidRPr="009A4176" w:rsidRDefault="008724CB">
      <w:pPr>
        <w:spacing w:after="0"/>
        <w:rPr>
          <w:lang w:val="de-DE"/>
        </w:rPr>
      </w:pPr>
      <w:r w:rsidRPr="009A4176">
        <w:rPr>
          <w:lang w:val="de-DE"/>
        </w:rPr>
        <w:t>________________________________________________________________________________</w:t>
      </w:r>
    </w:p>
    <w:p w14:paraId="24D26485" w14:textId="77777777" w:rsidR="00E709D2" w:rsidRPr="009A4176" w:rsidRDefault="008724CB">
      <w:pPr>
        <w:spacing w:after="0"/>
        <w:rPr>
          <w:lang w:val="de-DE"/>
        </w:rPr>
      </w:pPr>
      <w:r w:rsidRPr="009A4176">
        <w:rPr>
          <w:lang w:val="de-DE"/>
        </w:rPr>
        <w:t>________________________________________________________________________________</w:t>
      </w:r>
    </w:p>
    <w:p w14:paraId="3666FBF0" w14:textId="77777777" w:rsidR="00E709D2" w:rsidRPr="009A4176" w:rsidRDefault="008724CB">
      <w:pPr>
        <w:spacing w:after="0"/>
        <w:rPr>
          <w:lang w:val="de-DE"/>
        </w:rPr>
      </w:pPr>
      <w:r w:rsidRPr="009A4176">
        <w:rPr>
          <w:lang w:val="de-DE"/>
        </w:rPr>
        <w:t>________________________________________________________________________________</w:t>
      </w:r>
    </w:p>
    <w:p w14:paraId="27DBF3D1" w14:textId="77777777" w:rsidR="00E709D2" w:rsidRPr="009A4176" w:rsidRDefault="008724CB">
      <w:pPr>
        <w:spacing w:after="0"/>
        <w:rPr>
          <w:lang w:val="de-DE"/>
        </w:rPr>
      </w:pPr>
      <w:r w:rsidRPr="009A4176">
        <w:rPr>
          <w:lang w:val="de-DE"/>
        </w:rPr>
        <w:lastRenderedPageBreak/>
        <w:t>________________________________________________________________________________</w:t>
      </w:r>
    </w:p>
    <w:p w14:paraId="3C25534C" w14:textId="77777777" w:rsidR="00E709D2" w:rsidRPr="009A4176" w:rsidRDefault="008724CB">
      <w:pPr>
        <w:pStyle w:val="berschrift3"/>
        <w:rPr>
          <w:lang w:val="de-DE"/>
        </w:rPr>
      </w:pPr>
      <w:r w:rsidRPr="009A4176">
        <w:rPr>
          <w:lang w:val="de-DE"/>
        </w:rPr>
        <w:t>Mitgeteilte Informationen</w:t>
      </w:r>
    </w:p>
    <w:p w14:paraId="7EF95130" w14:textId="77777777" w:rsidR="00E709D2" w:rsidRPr="009A4176" w:rsidRDefault="008724CB">
      <w:pPr>
        <w:rPr>
          <w:lang w:val="de-DE"/>
        </w:rPr>
      </w:pPr>
      <w:r w:rsidRPr="009A4176">
        <w:rPr>
          <w:lang w:val="de-DE"/>
        </w:rPr>
        <w:t>Was wurde mir von einer anderen Person berichtet?</w:t>
      </w:r>
    </w:p>
    <w:p w14:paraId="3DACA2B0" w14:textId="77777777" w:rsidR="00E709D2" w:rsidRPr="009A4176" w:rsidRDefault="008724CB">
      <w:pPr>
        <w:spacing w:after="0"/>
        <w:rPr>
          <w:lang w:val="de-DE"/>
        </w:rPr>
      </w:pPr>
      <w:r w:rsidRPr="009A4176">
        <w:rPr>
          <w:lang w:val="de-DE"/>
        </w:rPr>
        <w:t>________________________________________________________________________________</w:t>
      </w:r>
    </w:p>
    <w:p w14:paraId="22EA0458" w14:textId="77777777" w:rsidR="00E709D2" w:rsidRPr="009A4176" w:rsidRDefault="008724CB">
      <w:pPr>
        <w:spacing w:after="0"/>
        <w:rPr>
          <w:lang w:val="de-DE"/>
        </w:rPr>
      </w:pPr>
      <w:r w:rsidRPr="009A4176">
        <w:rPr>
          <w:lang w:val="de-DE"/>
        </w:rPr>
        <w:t>________________________________________________________________________________</w:t>
      </w:r>
    </w:p>
    <w:p w14:paraId="06B5659C" w14:textId="77777777" w:rsidR="00E709D2" w:rsidRPr="009A4176" w:rsidRDefault="008724CB">
      <w:pPr>
        <w:spacing w:after="0"/>
        <w:rPr>
          <w:lang w:val="de-DE"/>
        </w:rPr>
      </w:pPr>
      <w:r w:rsidRPr="009A4176">
        <w:rPr>
          <w:lang w:val="de-DE"/>
        </w:rPr>
        <w:t>________________________________________________________________________________</w:t>
      </w:r>
    </w:p>
    <w:p w14:paraId="7807C9A4" w14:textId="77777777" w:rsidR="00E709D2" w:rsidRPr="009A4176" w:rsidRDefault="008724CB">
      <w:pPr>
        <w:rPr>
          <w:lang w:val="de-DE"/>
        </w:rPr>
      </w:pPr>
      <w:r w:rsidRPr="009A4176">
        <w:rPr>
          <w:b/>
          <w:lang w:val="de-DE"/>
        </w:rPr>
        <w:t>Von wem wurde mir dies berichtet?</w:t>
      </w:r>
    </w:p>
    <w:p w14:paraId="5DCF8CB7" w14:textId="77777777" w:rsidR="00E709D2" w:rsidRPr="009A4176" w:rsidRDefault="008724CB">
      <w:pPr>
        <w:spacing w:after="0"/>
        <w:rPr>
          <w:lang w:val="de-DE"/>
        </w:rPr>
      </w:pPr>
      <w:r w:rsidRPr="009A4176">
        <w:rPr>
          <w:lang w:val="de-DE"/>
        </w:rPr>
        <w:t>________________________________________________________________________________</w:t>
      </w:r>
    </w:p>
    <w:p w14:paraId="7E56374C" w14:textId="77777777" w:rsidR="00E709D2" w:rsidRPr="009A4176" w:rsidRDefault="008724CB">
      <w:pPr>
        <w:pStyle w:val="berschrift3"/>
        <w:rPr>
          <w:lang w:val="de-DE"/>
        </w:rPr>
      </w:pPr>
      <w:r w:rsidRPr="009A4176">
        <w:rPr>
          <w:lang w:val="de-DE"/>
        </w:rPr>
        <w:t>Möglichst wörtliche Aussagen</w:t>
      </w:r>
    </w:p>
    <w:p w14:paraId="4C945140" w14:textId="77777777" w:rsidR="00E709D2" w:rsidRPr="009A4176" w:rsidRDefault="008724CB">
      <w:pPr>
        <w:rPr>
          <w:lang w:val="de-DE"/>
        </w:rPr>
      </w:pPr>
      <w:r w:rsidRPr="009A4176">
        <w:rPr>
          <w:lang w:val="de-DE"/>
        </w:rPr>
        <w:t>Welche Aussagen wurden gemacht? Wenn möglich, Formulierungen wörtlich festhalten und als solche kennzeichnen.</w:t>
      </w:r>
    </w:p>
    <w:p w14:paraId="70FDDACA" w14:textId="77777777" w:rsidR="00E709D2" w:rsidRPr="009A4176" w:rsidRDefault="008724CB">
      <w:pPr>
        <w:spacing w:after="0"/>
        <w:rPr>
          <w:lang w:val="de-DE"/>
        </w:rPr>
      </w:pPr>
      <w:r w:rsidRPr="009A4176">
        <w:rPr>
          <w:lang w:val="de-DE"/>
        </w:rPr>
        <w:t>________________________________________________________________________________</w:t>
      </w:r>
    </w:p>
    <w:p w14:paraId="55BF6FB7" w14:textId="77777777" w:rsidR="00E709D2" w:rsidRPr="009A4176" w:rsidRDefault="008724CB">
      <w:pPr>
        <w:spacing w:after="0"/>
        <w:rPr>
          <w:lang w:val="de-DE"/>
        </w:rPr>
      </w:pPr>
      <w:r w:rsidRPr="009A4176">
        <w:rPr>
          <w:lang w:val="de-DE"/>
        </w:rPr>
        <w:t>________________________________________________________________________________</w:t>
      </w:r>
    </w:p>
    <w:p w14:paraId="2C2DB4E5" w14:textId="77777777" w:rsidR="00E709D2" w:rsidRPr="009A4176" w:rsidRDefault="008724CB">
      <w:pPr>
        <w:spacing w:after="0"/>
        <w:rPr>
          <w:lang w:val="de-DE"/>
        </w:rPr>
      </w:pPr>
      <w:r w:rsidRPr="009A4176">
        <w:rPr>
          <w:lang w:val="de-DE"/>
        </w:rPr>
        <w:t>________________________________________________________________________________</w:t>
      </w:r>
    </w:p>
    <w:p w14:paraId="708180DE" w14:textId="77777777" w:rsidR="00E709D2" w:rsidRPr="009A4176" w:rsidRDefault="008724CB">
      <w:pPr>
        <w:spacing w:after="0"/>
        <w:rPr>
          <w:lang w:val="de-DE"/>
        </w:rPr>
      </w:pPr>
      <w:r w:rsidRPr="009A4176">
        <w:rPr>
          <w:lang w:val="de-DE"/>
        </w:rPr>
        <w:t>________________________________________________________________________________</w:t>
      </w:r>
    </w:p>
    <w:p w14:paraId="3339B006" w14:textId="77777777" w:rsidR="00E709D2" w:rsidRPr="009A4176" w:rsidRDefault="008724CB">
      <w:pPr>
        <w:pStyle w:val="berschrift2"/>
        <w:rPr>
          <w:lang w:val="de-DE"/>
        </w:rPr>
      </w:pPr>
      <w:r w:rsidRPr="009A4176">
        <w:rPr>
          <w:lang w:val="de-DE"/>
        </w:rPr>
        <w:t>4. Eigene Einschätzungen oder Vermutungen</w:t>
      </w:r>
    </w:p>
    <w:p w14:paraId="472294E5" w14:textId="77777777" w:rsidR="00E709D2" w:rsidRPr="009A4176" w:rsidRDefault="008724CB">
      <w:pPr>
        <w:rPr>
          <w:lang w:val="de-DE"/>
        </w:rPr>
      </w:pPr>
      <w:r w:rsidRPr="009A4176">
        <w:rPr>
          <w:lang w:val="de-DE"/>
        </w:rPr>
        <w:t>Dieser Bereich ist klar von tatsächlichen Beobachtungen und Aussagen zu trennen.</w:t>
      </w:r>
    </w:p>
    <w:p w14:paraId="14B6F04F" w14:textId="77777777" w:rsidR="00E709D2" w:rsidRPr="009A4176" w:rsidRDefault="008724CB">
      <w:pPr>
        <w:spacing w:after="0"/>
        <w:rPr>
          <w:lang w:val="de-DE"/>
        </w:rPr>
      </w:pPr>
      <w:r w:rsidRPr="009A4176">
        <w:rPr>
          <w:lang w:val="de-DE"/>
        </w:rPr>
        <w:t>________________________________________________________________________________</w:t>
      </w:r>
    </w:p>
    <w:p w14:paraId="492DB561" w14:textId="77777777" w:rsidR="00E709D2" w:rsidRPr="009A4176" w:rsidRDefault="008724CB">
      <w:pPr>
        <w:spacing w:after="0"/>
        <w:rPr>
          <w:lang w:val="de-DE"/>
        </w:rPr>
      </w:pPr>
      <w:r w:rsidRPr="009A4176">
        <w:rPr>
          <w:lang w:val="de-DE"/>
        </w:rPr>
        <w:t>________________________________________________________________________________</w:t>
      </w:r>
    </w:p>
    <w:p w14:paraId="79942A4B" w14:textId="77777777" w:rsidR="00E709D2" w:rsidRPr="009A4176" w:rsidRDefault="008724CB">
      <w:pPr>
        <w:spacing w:after="0"/>
        <w:rPr>
          <w:lang w:val="de-DE"/>
        </w:rPr>
      </w:pPr>
      <w:r w:rsidRPr="009A4176">
        <w:rPr>
          <w:lang w:val="de-DE"/>
        </w:rPr>
        <w:t>________________________________________________________________________________</w:t>
      </w:r>
    </w:p>
    <w:p w14:paraId="44277A34" w14:textId="77777777" w:rsidR="00E709D2" w:rsidRPr="009A4176" w:rsidRDefault="008724CB">
      <w:pPr>
        <w:pStyle w:val="berschrift2"/>
        <w:rPr>
          <w:lang w:val="de-DE"/>
        </w:rPr>
      </w:pPr>
      <w:r w:rsidRPr="009A4176">
        <w:rPr>
          <w:lang w:val="de-DE"/>
        </w:rPr>
        <w:t>5. Bereits erfolgte Schritte</w:t>
      </w:r>
    </w:p>
    <w:p w14:paraId="3987F994" w14:textId="77777777" w:rsidR="00E709D2" w:rsidRPr="009A4176" w:rsidRDefault="008724CB">
      <w:pPr>
        <w:rPr>
          <w:lang w:val="de-DE"/>
        </w:rPr>
      </w:pPr>
      <w:r w:rsidRPr="009A4176">
        <w:rPr>
          <w:lang w:val="de-DE"/>
        </w:rPr>
        <w:t>Was habe ich unmittelbar getan?</w:t>
      </w:r>
    </w:p>
    <w:p w14:paraId="307E70B1" w14:textId="77777777" w:rsidR="00E709D2" w:rsidRPr="009A4176" w:rsidRDefault="008724CB">
      <w:pPr>
        <w:spacing w:after="0"/>
        <w:rPr>
          <w:lang w:val="de-DE"/>
        </w:rPr>
      </w:pPr>
      <w:r w:rsidRPr="009A4176">
        <w:rPr>
          <w:lang w:val="de-DE"/>
        </w:rPr>
        <w:t>________________________________________________________________________________</w:t>
      </w:r>
    </w:p>
    <w:p w14:paraId="7DB60C8A" w14:textId="77777777" w:rsidR="00E709D2" w:rsidRPr="009A4176" w:rsidRDefault="008724CB">
      <w:pPr>
        <w:spacing w:after="0"/>
        <w:rPr>
          <w:lang w:val="de-DE"/>
        </w:rPr>
      </w:pPr>
      <w:r w:rsidRPr="009A4176">
        <w:rPr>
          <w:lang w:val="de-DE"/>
        </w:rPr>
        <w:t>________________________________________________________________________________</w:t>
      </w:r>
    </w:p>
    <w:p w14:paraId="4C0C0CF5" w14:textId="77777777" w:rsidR="00E709D2" w:rsidRPr="009A4176" w:rsidRDefault="008724CB">
      <w:pPr>
        <w:rPr>
          <w:lang w:val="de-DE"/>
        </w:rPr>
      </w:pPr>
      <w:r w:rsidRPr="009A4176">
        <w:rPr>
          <w:b/>
          <w:lang w:val="de-DE"/>
        </w:rPr>
        <w:t>Wurde eine Schutzmaßnahme getroffen?</w:t>
      </w:r>
    </w:p>
    <w:p w14:paraId="0559F28B" w14:textId="77777777" w:rsidR="00E709D2" w:rsidRPr="009A4176" w:rsidRDefault="008724CB">
      <w:pPr>
        <w:rPr>
          <w:lang w:val="de-DE"/>
        </w:rPr>
      </w:pPr>
      <w:r w:rsidRPr="009A4176">
        <w:rPr>
          <w:lang w:val="de-DE"/>
        </w:rPr>
        <w:t>☐</w:t>
      </w:r>
      <w:r w:rsidRPr="009A4176">
        <w:rPr>
          <w:lang w:val="de-DE"/>
        </w:rPr>
        <w:t xml:space="preserve"> Nein</w:t>
      </w:r>
    </w:p>
    <w:p w14:paraId="66BA624F" w14:textId="77777777" w:rsidR="00E709D2" w:rsidRPr="009A4176" w:rsidRDefault="008724CB">
      <w:pPr>
        <w:rPr>
          <w:lang w:val="de-DE"/>
        </w:rPr>
      </w:pPr>
      <w:r w:rsidRPr="009A4176">
        <w:rPr>
          <w:lang w:val="de-DE"/>
        </w:rPr>
        <w:t>☐</w:t>
      </w:r>
      <w:r w:rsidRPr="009A4176">
        <w:rPr>
          <w:lang w:val="de-DE"/>
        </w:rPr>
        <w:t xml:space="preserve"> Ja, folgende:</w:t>
      </w:r>
    </w:p>
    <w:p w14:paraId="175A6A29" w14:textId="77777777" w:rsidR="00E709D2" w:rsidRPr="009A4176" w:rsidRDefault="008724CB">
      <w:pPr>
        <w:spacing w:after="0"/>
        <w:rPr>
          <w:lang w:val="de-DE"/>
        </w:rPr>
      </w:pPr>
      <w:r w:rsidRPr="009A4176">
        <w:rPr>
          <w:lang w:val="de-DE"/>
        </w:rPr>
        <w:t>________________________________________________________________________________</w:t>
      </w:r>
    </w:p>
    <w:p w14:paraId="02A76B3C" w14:textId="77777777" w:rsidR="00E709D2" w:rsidRPr="009A4176" w:rsidRDefault="008724CB">
      <w:pPr>
        <w:spacing w:after="0"/>
        <w:rPr>
          <w:lang w:val="de-DE"/>
        </w:rPr>
      </w:pPr>
      <w:r w:rsidRPr="009A4176">
        <w:rPr>
          <w:lang w:val="de-DE"/>
        </w:rPr>
        <w:t>________________________________________________________________________________</w:t>
      </w:r>
    </w:p>
    <w:p w14:paraId="6BC98315" w14:textId="77777777" w:rsidR="00E709D2" w:rsidRPr="009A4176" w:rsidRDefault="008724CB">
      <w:pPr>
        <w:pStyle w:val="berschrift2"/>
        <w:rPr>
          <w:lang w:val="de-DE"/>
        </w:rPr>
      </w:pPr>
      <w:r w:rsidRPr="009A4176">
        <w:rPr>
          <w:lang w:val="de-DE"/>
        </w:rPr>
        <w:t>6. Weitergabe / Beratung</w:t>
      </w:r>
    </w:p>
    <w:p w14:paraId="2CB6B5DE" w14:textId="77777777" w:rsidR="00E709D2" w:rsidRPr="009A4176" w:rsidRDefault="008724CB">
      <w:pPr>
        <w:rPr>
          <w:lang w:val="de-DE"/>
        </w:rPr>
      </w:pPr>
      <w:r w:rsidRPr="009A4176">
        <w:rPr>
          <w:b/>
          <w:lang w:val="de-DE"/>
        </w:rPr>
        <w:t>An wen wurden die Informationen weitergegeben?</w:t>
      </w:r>
    </w:p>
    <w:p w14:paraId="786BCC27" w14:textId="77777777" w:rsidR="00E709D2" w:rsidRPr="009A4176" w:rsidRDefault="008724CB">
      <w:pPr>
        <w:spacing w:after="0"/>
        <w:rPr>
          <w:lang w:val="de-DE"/>
        </w:rPr>
      </w:pPr>
      <w:r w:rsidRPr="009A4176">
        <w:rPr>
          <w:lang w:val="de-DE"/>
        </w:rPr>
        <w:t>________________________________________________________________________________</w:t>
      </w:r>
    </w:p>
    <w:p w14:paraId="5A83F172" w14:textId="77777777" w:rsidR="00E709D2" w:rsidRPr="009A4176" w:rsidRDefault="008724CB">
      <w:pPr>
        <w:rPr>
          <w:lang w:val="de-DE"/>
        </w:rPr>
      </w:pPr>
      <w:r w:rsidRPr="009A4176">
        <w:rPr>
          <w:b/>
          <w:lang w:val="de-DE"/>
        </w:rPr>
        <w:t>Datum / Uhrzeit:</w:t>
      </w:r>
    </w:p>
    <w:p w14:paraId="12D2973B" w14:textId="77777777" w:rsidR="00E709D2" w:rsidRPr="009A4176" w:rsidRDefault="008724CB">
      <w:pPr>
        <w:spacing w:after="0"/>
        <w:rPr>
          <w:lang w:val="de-DE"/>
        </w:rPr>
      </w:pPr>
      <w:r w:rsidRPr="009A4176">
        <w:rPr>
          <w:lang w:val="de-DE"/>
        </w:rPr>
        <w:t>________________________________________________________________________________</w:t>
      </w:r>
    </w:p>
    <w:p w14:paraId="34006CBB" w14:textId="77777777" w:rsidR="00E709D2" w:rsidRPr="009A4176" w:rsidRDefault="008724CB">
      <w:pPr>
        <w:rPr>
          <w:lang w:val="de-DE"/>
        </w:rPr>
      </w:pPr>
      <w:r w:rsidRPr="009A4176">
        <w:rPr>
          <w:b/>
          <w:lang w:val="de-DE"/>
        </w:rPr>
        <w:t>Wie erfolgte die Kontaktaufnahme?</w:t>
      </w:r>
    </w:p>
    <w:p w14:paraId="0F58018D" w14:textId="77777777" w:rsidR="00E709D2" w:rsidRPr="009A4176" w:rsidRDefault="008724CB">
      <w:pPr>
        <w:spacing w:after="0"/>
        <w:rPr>
          <w:lang w:val="de-DE"/>
        </w:rPr>
      </w:pPr>
      <w:r w:rsidRPr="009A4176">
        <w:rPr>
          <w:lang w:val="de-DE"/>
        </w:rPr>
        <w:lastRenderedPageBreak/>
        <w:t>________________________________________________________________________________</w:t>
      </w:r>
    </w:p>
    <w:p w14:paraId="3E4039DE" w14:textId="77777777" w:rsidR="00E709D2" w:rsidRPr="009A4176" w:rsidRDefault="008724CB">
      <w:pPr>
        <w:rPr>
          <w:lang w:val="de-DE"/>
        </w:rPr>
      </w:pPr>
      <w:r w:rsidRPr="009A4176">
        <w:rPr>
          <w:b/>
          <w:lang w:val="de-DE"/>
        </w:rPr>
        <w:t>Welche nächsten Schritte wurden vereinbart?</w:t>
      </w:r>
    </w:p>
    <w:p w14:paraId="40F8C39A" w14:textId="77777777" w:rsidR="00E709D2" w:rsidRPr="009A4176" w:rsidRDefault="008724CB">
      <w:pPr>
        <w:spacing w:after="0"/>
        <w:rPr>
          <w:lang w:val="de-DE"/>
        </w:rPr>
      </w:pPr>
      <w:r w:rsidRPr="009A4176">
        <w:rPr>
          <w:lang w:val="de-DE"/>
        </w:rPr>
        <w:t>________________________________________________________________________________</w:t>
      </w:r>
    </w:p>
    <w:p w14:paraId="2274CF80" w14:textId="77777777" w:rsidR="00E709D2" w:rsidRPr="009A4176" w:rsidRDefault="008724CB">
      <w:pPr>
        <w:spacing w:after="0"/>
        <w:rPr>
          <w:lang w:val="de-DE"/>
        </w:rPr>
      </w:pPr>
      <w:r w:rsidRPr="009A4176">
        <w:rPr>
          <w:lang w:val="de-DE"/>
        </w:rPr>
        <w:t>________________________________________________________________________________</w:t>
      </w:r>
    </w:p>
    <w:p w14:paraId="76493232" w14:textId="77777777" w:rsidR="00E709D2" w:rsidRPr="009A4176" w:rsidRDefault="008724CB">
      <w:pPr>
        <w:pStyle w:val="berschrift2"/>
        <w:rPr>
          <w:lang w:val="de-DE"/>
        </w:rPr>
      </w:pPr>
      <w:r w:rsidRPr="009A4176">
        <w:rPr>
          <w:lang w:val="de-DE"/>
        </w:rPr>
        <w:t>7. Weitere relevante Informationen</w:t>
      </w:r>
    </w:p>
    <w:p w14:paraId="71179A0D" w14:textId="77777777" w:rsidR="00E709D2" w:rsidRPr="009A4176" w:rsidRDefault="008724CB">
      <w:pPr>
        <w:spacing w:after="0"/>
        <w:rPr>
          <w:lang w:val="de-DE"/>
        </w:rPr>
      </w:pPr>
      <w:r w:rsidRPr="009A4176">
        <w:rPr>
          <w:lang w:val="de-DE"/>
        </w:rPr>
        <w:t>________________________________________________________________________________</w:t>
      </w:r>
    </w:p>
    <w:p w14:paraId="317DE886" w14:textId="77777777" w:rsidR="00E709D2" w:rsidRPr="009A4176" w:rsidRDefault="008724CB">
      <w:pPr>
        <w:spacing w:after="0"/>
        <w:rPr>
          <w:lang w:val="de-DE"/>
        </w:rPr>
      </w:pPr>
      <w:r w:rsidRPr="009A4176">
        <w:rPr>
          <w:lang w:val="de-DE"/>
        </w:rPr>
        <w:t>________________________________________________________________________________</w:t>
      </w:r>
    </w:p>
    <w:p w14:paraId="464E23A3" w14:textId="77777777" w:rsidR="00E709D2" w:rsidRPr="009A4176" w:rsidRDefault="008724CB">
      <w:pPr>
        <w:spacing w:after="0"/>
        <w:rPr>
          <w:lang w:val="de-DE"/>
        </w:rPr>
      </w:pPr>
      <w:r w:rsidRPr="009A4176">
        <w:rPr>
          <w:lang w:val="de-DE"/>
        </w:rPr>
        <w:t>________________________________________________________________________________</w:t>
      </w:r>
    </w:p>
    <w:p w14:paraId="3EB9FE94" w14:textId="77777777" w:rsidR="00E709D2" w:rsidRPr="009A4176" w:rsidRDefault="008724CB">
      <w:pPr>
        <w:pStyle w:val="berschrift2"/>
        <w:rPr>
          <w:lang w:val="de-DE"/>
        </w:rPr>
      </w:pPr>
      <w:r w:rsidRPr="009A4176">
        <w:rPr>
          <w:lang w:val="de-DE"/>
        </w:rPr>
        <w:t>8. Abschluss der Dokumentation</w:t>
      </w:r>
    </w:p>
    <w:p w14:paraId="00684FDB" w14:textId="77777777" w:rsidR="00E709D2" w:rsidRDefault="008724CB">
      <w:r>
        <w:rPr>
          <w:b/>
        </w:rPr>
        <w:t>Datum:</w:t>
      </w:r>
    </w:p>
    <w:p w14:paraId="3CCC411A" w14:textId="77777777" w:rsidR="00E709D2" w:rsidRDefault="008724CB">
      <w:pPr>
        <w:spacing w:after="0"/>
      </w:pPr>
      <w:r>
        <w:t>________________________________________________________________________________</w:t>
      </w:r>
    </w:p>
    <w:p w14:paraId="02EA534C" w14:textId="77777777" w:rsidR="00E709D2" w:rsidRDefault="008724CB">
      <w:r>
        <w:rPr>
          <w:b/>
        </w:rPr>
        <w:t>Name:</w:t>
      </w:r>
    </w:p>
    <w:p w14:paraId="728A4C18" w14:textId="77777777" w:rsidR="00E709D2" w:rsidRDefault="008724CB">
      <w:pPr>
        <w:spacing w:after="0"/>
      </w:pPr>
      <w:r>
        <w:t>________________________________________________________________________________</w:t>
      </w:r>
    </w:p>
    <w:p w14:paraId="3E962B7C" w14:textId="77777777" w:rsidR="00E709D2" w:rsidRDefault="008724CB">
      <w:r>
        <w:rPr>
          <w:b/>
        </w:rPr>
        <w:t>Unterschrift:</w:t>
      </w:r>
    </w:p>
    <w:p w14:paraId="220EFAB5" w14:textId="77777777" w:rsidR="00E709D2" w:rsidRDefault="008724CB">
      <w:pPr>
        <w:spacing w:after="0"/>
      </w:pPr>
      <w:r>
        <w:t>________________________________________________________________________________</w:t>
      </w:r>
    </w:p>
    <w:tbl>
      <w:tblPr>
        <w:tblW w:w="0" w:type="auto"/>
        <w:tblLook w:val="04A0" w:firstRow="1" w:lastRow="0" w:firstColumn="1" w:lastColumn="0" w:noHBand="0" w:noVBand="1"/>
      </w:tblPr>
      <w:tblGrid>
        <w:gridCol w:w="9972"/>
      </w:tblGrid>
      <w:tr w:rsidR="00E709D2" w:rsidRPr="009A4176" w14:paraId="35DA2718" w14:textId="77777777">
        <w:tc>
          <w:tcPr>
            <w:tcW w:w="9972" w:type="dxa"/>
            <w:shd w:val="clear" w:color="auto" w:fill="F3F5F7"/>
            <w:tcMar>
              <w:top w:w="140" w:type="dxa"/>
              <w:left w:w="160" w:type="dxa"/>
              <w:bottom w:w="140" w:type="dxa"/>
              <w:right w:w="160" w:type="dxa"/>
            </w:tcMar>
          </w:tcPr>
          <w:p w14:paraId="33B4B03F" w14:textId="77777777" w:rsidR="00E709D2" w:rsidRPr="009A4176" w:rsidRDefault="008724CB">
            <w:pPr>
              <w:rPr>
                <w:lang w:val="de-DE"/>
              </w:rPr>
            </w:pPr>
            <w:r w:rsidRPr="009A4176">
              <w:rPr>
                <w:b/>
                <w:sz w:val="22"/>
                <w:lang w:val="de-DE"/>
              </w:rPr>
              <w:t>Hinweise zum Umgang mit der Dokumentation</w:t>
            </w:r>
            <w:r w:rsidRPr="009A4176">
              <w:rPr>
                <w:b/>
                <w:sz w:val="22"/>
                <w:lang w:val="de-DE"/>
              </w:rPr>
              <w:br/>
            </w:r>
            <w:r w:rsidRPr="009A4176">
              <w:rPr>
                <w:lang w:val="de-DE"/>
              </w:rPr>
              <w:t>Die Dokumentation enthält sensible personenbezogene Informationen. Sie wird vertraulich behandelt, nur an Personen weitergegeben, die sie zur Beratung oder Bearbeitung des Falls benötigen, und sicher vor unbefugtem Zugriff aufbewahrt. Nachträgliche Ergänzungen werden mit Datum kenntlich gemacht. Die Dokumentation ersetzt keine fachliche Einschätzung oder Ermittlung.</w:t>
            </w:r>
          </w:p>
        </w:tc>
      </w:tr>
    </w:tbl>
    <w:p w14:paraId="0D1AA521" w14:textId="77777777" w:rsidR="00E709D2" w:rsidRPr="009A4176" w:rsidRDefault="00E709D2">
      <w:pPr>
        <w:spacing w:after="0"/>
        <w:rPr>
          <w:lang w:val="de-DE"/>
        </w:rPr>
      </w:pPr>
    </w:p>
    <w:sectPr w:rsidR="00E709D2" w:rsidRPr="009A4176"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C2DEC" w14:textId="77777777" w:rsidR="008724CB" w:rsidRDefault="008724CB">
      <w:pPr>
        <w:spacing w:after="0" w:line="240" w:lineRule="auto"/>
      </w:pPr>
      <w:r>
        <w:separator/>
      </w:r>
    </w:p>
  </w:endnote>
  <w:endnote w:type="continuationSeparator" w:id="0">
    <w:p w14:paraId="552E2C1F" w14:textId="77777777" w:rsidR="008724CB" w:rsidRDefault="0087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BC209" w14:textId="77777777" w:rsidR="00E709D2" w:rsidRPr="009A4176" w:rsidRDefault="008724CB">
    <w:pPr>
      <w:pStyle w:val="Fuzeile"/>
      <w:jc w:val="center"/>
      <w:rPr>
        <w:lang w:val="de-DE"/>
      </w:rPr>
    </w:pPr>
    <w:r w:rsidRPr="009A4176">
      <w:rPr>
        <w:sz w:val="16"/>
        <w:lang w:val="de-DE"/>
      </w:rPr>
      <w:t>PSG Diözesanverband Augsburg – Arbeitshilfe zum ISK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23446" w14:textId="77777777" w:rsidR="008724CB" w:rsidRDefault="008724CB">
      <w:pPr>
        <w:spacing w:after="0" w:line="240" w:lineRule="auto"/>
      </w:pPr>
      <w:r>
        <w:separator/>
      </w:r>
    </w:p>
  </w:footnote>
  <w:footnote w:type="continuationSeparator" w:id="0">
    <w:p w14:paraId="177E1519" w14:textId="77777777" w:rsidR="008724CB" w:rsidRDefault="00872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208616434">
    <w:abstractNumId w:val="8"/>
  </w:num>
  <w:num w:numId="2" w16cid:durableId="271328483">
    <w:abstractNumId w:val="6"/>
  </w:num>
  <w:num w:numId="3" w16cid:durableId="493886103">
    <w:abstractNumId w:val="5"/>
  </w:num>
  <w:num w:numId="4" w16cid:durableId="280385014">
    <w:abstractNumId w:val="4"/>
  </w:num>
  <w:num w:numId="5" w16cid:durableId="887493413">
    <w:abstractNumId w:val="7"/>
  </w:num>
  <w:num w:numId="6" w16cid:durableId="565654597">
    <w:abstractNumId w:val="3"/>
  </w:num>
  <w:num w:numId="7" w16cid:durableId="448209772">
    <w:abstractNumId w:val="2"/>
  </w:num>
  <w:num w:numId="8" w16cid:durableId="327051898">
    <w:abstractNumId w:val="1"/>
  </w:num>
  <w:num w:numId="9" w16cid:durableId="1953902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724CB"/>
    <w:rsid w:val="009A4176"/>
    <w:rsid w:val="009F5E30"/>
    <w:rsid w:val="00AA1D8D"/>
    <w:rsid w:val="00B47730"/>
    <w:rsid w:val="00CB0664"/>
    <w:rsid w:val="00E709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109288"/>
  <w14:defaultImageDpi w14:val="300"/>
  <w15:docId w15:val="{A5DACBB1-E43D-46C5-BF4E-9E0934E6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4A9486D841E4849AC7B70B4F969DEB8" ma:contentTypeVersion="11" ma:contentTypeDescription="Ein neues Dokument erstellen." ma:contentTypeScope="" ma:versionID="a1fb324c8d249df7daf4c9347344405f">
  <xsd:schema xmlns:xsd="http://www.w3.org/2001/XMLSchema" xmlns:xs="http://www.w3.org/2001/XMLSchema" xmlns:p="http://schemas.microsoft.com/office/2006/metadata/properties" xmlns:ns2="5702e3c0-d33f-495f-8758-26bd28d9a4d5" xmlns:ns3="ddf7eacc-b72a-41ea-8799-dfc195925d80" targetNamespace="http://schemas.microsoft.com/office/2006/metadata/properties" ma:root="true" ma:fieldsID="3bd7e2e78845fc4d451cfab1366f4b33" ns2:_="" ns3:_="">
    <xsd:import namespace="5702e3c0-d33f-495f-8758-26bd28d9a4d5"/>
    <xsd:import namespace="ddf7eacc-b72a-41ea-8799-dfc195925d8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02e3c0-d33f-495f-8758-26bd28d9a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318c3ecc-6a63-48de-bd46-32248eb9f88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f7eacc-b72a-41ea-8799-dfc195925d8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106dd8-d80b-4593-b66c-8466cbf66cfa}" ma:internalName="TaxCatchAll" ma:showField="CatchAllData" ma:web="ddf7eacc-b72a-41ea-8799-dfc195925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f7eacc-b72a-41ea-8799-dfc195925d80" xsi:nil="true"/>
    <lcf76f155ced4ddcb4097134ff3c332f xmlns="5702e3c0-d33f-495f-8758-26bd28d9a4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1ADD58C-28B5-4550-87DE-E4F63F59C6E2}"/>
</file>

<file path=customXml/itemProps3.xml><?xml version="1.0" encoding="utf-8"?>
<ds:datastoreItem xmlns:ds="http://schemas.openxmlformats.org/officeDocument/2006/customXml" ds:itemID="{1880DA3D-104D-44AA-AA8F-C67D5A5A4A63}"/>
</file>

<file path=customXml/itemProps4.xml><?xml version="1.0" encoding="utf-8"?>
<ds:datastoreItem xmlns:ds="http://schemas.openxmlformats.org/officeDocument/2006/customXml" ds:itemID="{D5029C88-8C52-477E-AE50-0AF0A2B24C60}"/>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Lena Jaschke</cp:lastModifiedBy>
  <cp:revision>2</cp:revision>
  <dcterms:created xsi:type="dcterms:W3CDTF">2026-09-11T09:38:00Z</dcterms:created>
  <dcterms:modified xsi:type="dcterms:W3CDTF">2026-09-11T09:38:00Z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0x01010034A9486D841E4849AC7B70B4F969DEB8</vt:lpwstr>
  </property>
</Properties>
</file>